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60" w:rsidRPr="009612F1" w:rsidRDefault="004E4F60" w:rsidP="004E4F60">
      <w:pPr>
        <w:suppressAutoHyphens/>
        <w:rPr>
          <w:rFonts w:cs="Times New Roman"/>
          <w:b/>
          <w:bCs/>
          <w:szCs w:val="28"/>
          <w:lang w:val="uk-UA" w:eastAsia="zh-CN"/>
        </w:rPr>
      </w:pPr>
      <w:r w:rsidRPr="009612F1">
        <w:rPr>
          <w:rFonts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772AC13" wp14:editId="15403E41">
            <wp:simplePos x="0" y="0"/>
            <wp:positionH relativeFrom="column">
              <wp:posOffset>2838450</wp:posOffset>
            </wp:positionH>
            <wp:positionV relativeFrom="paragraph">
              <wp:posOffset>-223520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4F60" w:rsidRPr="009612F1" w:rsidRDefault="004E4F60" w:rsidP="004E4F60">
      <w:pPr>
        <w:suppressAutoHyphens/>
        <w:rPr>
          <w:rFonts w:cs="Times New Roman"/>
          <w:b/>
          <w:bCs/>
          <w:szCs w:val="28"/>
          <w:lang w:val="uk-UA" w:eastAsia="zh-CN"/>
        </w:rPr>
      </w:pPr>
    </w:p>
    <w:p w:rsidR="004E4F60" w:rsidRPr="009612F1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</w:p>
    <w:p w:rsidR="004E4F60" w:rsidRPr="009612F1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  <w:r w:rsidRPr="009612F1">
        <w:rPr>
          <w:rFonts w:cs="Times New Roman"/>
          <w:b/>
          <w:bCs/>
          <w:szCs w:val="28"/>
          <w:lang w:val="uk-UA" w:eastAsia="zh-CN"/>
        </w:rPr>
        <w:t>ВАСИЛІВСЬКА МІСЬКА ВІЙСЬКОВА АДМІНІСТРАЦІЯ</w:t>
      </w:r>
    </w:p>
    <w:p w:rsidR="004E4F60" w:rsidRPr="009612F1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  <w:r w:rsidRPr="009612F1">
        <w:rPr>
          <w:rFonts w:cs="Times New Roman"/>
          <w:b/>
          <w:bCs/>
          <w:szCs w:val="28"/>
          <w:lang w:val="uk-UA" w:eastAsia="zh-CN"/>
        </w:rPr>
        <w:t>ВАСИЛІВСЬКОГО РАЙОНУ ЗАПОРІЗЬКОЇ ОБЛАСТІ</w:t>
      </w:r>
    </w:p>
    <w:p w:rsidR="004E4F60" w:rsidRPr="009612F1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</w:p>
    <w:p w:rsidR="004E4F60" w:rsidRPr="009612F1" w:rsidRDefault="004E4F60" w:rsidP="004E4F60">
      <w:pPr>
        <w:suppressAutoHyphens/>
        <w:jc w:val="center"/>
        <w:rPr>
          <w:rFonts w:cs="Times New Roman"/>
          <w:b/>
          <w:bCs/>
          <w:sz w:val="36"/>
          <w:szCs w:val="36"/>
          <w:lang w:val="uk-UA" w:eastAsia="zh-CN"/>
        </w:rPr>
      </w:pPr>
      <w:r w:rsidRPr="009612F1">
        <w:rPr>
          <w:rFonts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 w:rsidRPr="009612F1">
        <w:rPr>
          <w:rFonts w:cs="Times New Roman"/>
          <w:b/>
          <w:bCs/>
          <w:sz w:val="36"/>
          <w:szCs w:val="36"/>
          <w:lang w:val="uk-UA" w:eastAsia="zh-CN"/>
        </w:rPr>
        <w:t>Н</w:t>
      </w:r>
      <w:proofErr w:type="spellEnd"/>
      <w:r w:rsidRPr="009612F1">
        <w:rPr>
          <w:rFonts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4E4F60" w:rsidRPr="009612F1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  <w:r w:rsidRPr="009612F1">
        <w:rPr>
          <w:rFonts w:cs="Times New Roman"/>
          <w:bCs/>
          <w:szCs w:val="28"/>
          <w:lang w:val="uk-UA" w:eastAsia="zh-CN"/>
        </w:rPr>
        <w:t>начальника міської військової адміністрації</w:t>
      </w:r>
    </w:p>
    <w:p w:rsidR="004E4F60" w:rsidRPr="009612F1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</w:p>
    <w:p w:rsidR="004E4F60" w:rsidRPr="009612F1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</w:p>
    <w:p w:rsidR="00A1630C" w:rsidRDefault="004E4F60" w:rsidP="004E4F60">
      <w:pPr>
        <w:jc w:val="both"/>
        <w:rPr>
          <w:rFonts w:cs="Times New Roman"/>
          <w:bCs/>
          <w:szCs w:val="28"/>
          <w:lang w:val="uk-UA" w:eastAsia="zh-CN"/>
        </w:rPr>
      </w:pPr>
      <w:r w:rsidRPr="009612F1">
        <w:rPr>
          <w:rFonts w:cs="Times New Roman"/>
          <w:bCs/>
          <w:szCs w:val="28"/>
          <w:lang w:val="uk-UA" w:eastAsia="zh-CN"/>
        </w:rPr>
        <w:t xml:space="preserve">від </w:t>
      </w:r>
      <w:r>
        <w:rPr>
          <w:rFonts w:cs="Times New Roman"/>
          <w:bCs/>
          <w:szCs w:val="28"/>
          <w:lang w:val="uk-UA" w:eastAsia="zh-CN"/>
        </w:rPr>
        <w:t>02</w:t>
      </w:r>
      <w:r w:rsidRPr="00964F94">
        <w:rPr>
          <w:rFonts w:cs="Times New Roman"/>
          <w:bCs/>
          <w:szCs w:val="28"/>
          <w:lang w:val="uk-UA" w:eastAsia="zh-CN"/>
        </w:rPr>
        <w:t>.</w:t>
      </w:r>
      <w:r>
        <w:rPr>
          <w:rFonts w:cs="Times New Roman"/>
          <w:bCs/>
          <w:szCs w:val="28"/>
          <w:lang w:val="uk-UA" w:eastAsia="zh-CN"/>
        </w:rPr>
        <w:t>10</w:t>
      </w:r>
      <w:r w:rsidRPr="009612F1">
        <w:rPr>
          <w:rFonts w:cs="Times New Roman"/>
          <w:bCs/>
          <w:szCs w:val="28"/>
          <w:lang w:val="uk-UA" w:eastAsia="zh-CN"/>
        </w:rPr>
        <w:t>.202</w:t>
      </w:r>
      <w:r>
        <w:rPr>
          <w:rFonts w:cs="Times New Roman"/>
          <w:bCs/>
          <w:szCs w:val="28"/>
          <w:lang w:val="uk-UA" w:eastAsia="zh-CN"/>
        </w:rPr>
        <w:t>6</w:t>
      </w:r>
      <w:r>
        <w:rPr>
          <w:rFonts w:cs="Times New Roman"/>
          <w:bCs/>
          <w:szCs w:val="28"/>
          <w:lang w:val="uk-UA" w:eastAsia="zh-CN"/>
        </w:rPr>
        <w:t xml:space="preserve"> </w:t>
      </w:r>
      <w:r w:rsidRPr="009612F1">
        <w:rPr>
          <w:rFonts w:cs="Times New Roman"/>
          <w:bCs/>
          <w:szCs w:val="28"/>
          <w:lang w:val="uk-UA" w:eastAsia="zh-CN"/>
        </w:rPr>
        <w:t xml:space="preserve"> р.                             м. Запоріжжя                                    </w:t>
      </w:r>
      <w:r>
        <w:rPr>
          <w:rFonts w:cs="Times New Roman"/>
          <w:bCs/>
          <w:szCs w:val="28"/>
          <w:lang w:val="uk-UA" w:eastAsia="zh-CN"/>
        </w:rPr>
        <w:t xml:space="preserve">    </w:t>
      </w:r>
      <w:r w:rsidRPr="009612F1">
        <w:rPr>
          <w:rFonts w:cs="Times New Roman"/>
          <w:bCs/>
          <w:szCs w:val="28"/>
          <w:lang w:val="uk-UA" w:eastAsia="zh-CN"/>
        </w:rPr>
        <w:t xml:space="preserve"> </w:t>
      </w:r>
      <w:r>
        <w:rPr>
          <w:rFonts w:cs="Times New Roman"/>
          <w:bCs/>
          <w:szCs w:val="28"/>
          <w:lang w:val="uk-UA" w:eastAsia="zh-CN"/>
        </w:rPr>
        <w:t xml:space="preserve">   </w:t>
      </w:r>
      <w:r w:rsidRPr="00E34A18">
        <w:rPr>
          <w:rFonts w:cs="Times New Roman"/>
          <w:bCs/>
          <w:szCs w:val="28"/>
          <w:lang w:val="uk-UA" w:eastAsia="zh-CN"/>
        </w:rPr>
        <w:t xml:space="preserve">№  </w:t>
      </w:r>
      <w:r>
        <w:rPr>
          <w:rFonts w:cs="Times New Roman"/>
          <w:bCs/>
          <w:szCs w:val="28"/>
          <w:lang w:val="uk-UA" w:eastAsia="zh-CN"/>
        </w:rPr>
        <w:t>479</w:t>
      </w:r>
    </w:p>
    <w:p w:rsidR="004E4F60" w:rsidRPr="004E4F60" w:rsidRDefault="004E4F60" w:rsidP="004E4F60">
      <w:pPr>
        <w:jc w:val="both"/>
        <w:rPr>
          <w:lang w:val="uk-UA"/>
        </w:rPr>
      </w:pPr>
    </w:p>
    <w:p w:rsidR="00A1630C" w:rsidRPr="004E4F60" w:rsidRDefault="0079595B">
      <w:pPr>
        <w:keepNext/>
        <w:spacing w:after="160"/>
        <w:rPr>
          <w:lang w:val="uk-UA"/>
        </w:rPr>
      </w:pPr>
      <w:r w:rsidRPr="004E4F60">
        <w:rPr>
          <w:b/>
          <w:lang w:val="uk-UA"/>
        </w:rPr>
        <w:t>Про визначення соціального менеджера Василівської міської територіальної громади</w:t>
      </w:r>
    </w:p>
    <w:p w:rsidR="00A1630C" w:rsidRDefault="0079595B" w:rsidP="004E4F60">
      <w:pPr>
        <w:ind w:firstLine="720"/>
        <w:jc w:val="both"/>
        <w:rPr>
          <w:lang w:val="ru-RU"/>
        </w:rPr>
      </w:pPr>
      <w:proofErr w:type="spellStart"/>
      <w:r w:rsidRPr="004E4F60">
        <w:rPr>
          <w:lang w:val="ru-RU"/>
        </w:rPr>
        <w:t>Керуючись</w:t>
      </w:r>
      <w:proofErr w:type="spellEnd"/>
      <w:r w:rsidRPr="004E4F60">
        <w:rPr>
          <w:lang w:val="ru-RU"/>
        </w:rPr>
        <w:t xml:space="preserve"> Законом </w:t>
      </w:r>
      <w:proofErr w:type="spellStart"/>
      <w:r w:rsidRPr="004E4F60">
        <w:rPr>
          <w:lang w:val="ru-RU"/>
        </w:rPr>
        <w:t>України</w:t>
      </w:r>
      <w:proofErr w:type="spellEnd"/>
      <w:r w:rsidRPr="004E4F60">
        <w:rPr>
          <w:lang w:val="ru-RU"/>
        </w:rPr>
        <w:t xml:space="preserve"> «Про </w:t>
      </w:r>
      <w:proofErr w:type="spellStart"/>
      <w:r w:rsidRPr="004E4F60">
        <w:rPr>
          <w:lang w:val="ru-RU"/>
        </w:rPr>
        <w:t>правовий</w:t>
      </w:r>
      <w:proofErr w:type="spellEnd"/>
      <w:r w:rsidRPr="004E4F60">
        <w:rPr>
          <w:lang w:val="ru-RU"/>
        </w:rPr>
        <w:t xml:space="preserve"> режим </w:t>
      </w:r>
      <w:proofErr w:type="spellStart"/>
      <w:r w:rsidRPr="004E4F60">
        <w:rPr>
          <w:lang w:val="ru-RU"/>
        </w:rPr>
        <w:t>воєнного</w:t>
      </w:r>
      <w:proofErr w:type="spellEnd"/>
      <w:r w:rsidRPr="004E4F60">
        <w:rPr>
          <w:lang w:val="ru-RU"/>
        </w:rPr>
        <w:t xml:space="preserve"> стану», </w:t>
      </w:r>
      <w:proofErr w:type="spellStart"/>
      <w:r w:rsidRPr="004E4F60">
        <w:rPr>
          <w:lang w:val="ru-RU"/>
        </w:rPr>
        <w:t>постановою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Верховної</w:t>
      </w:r>
      <w:proofErr w:type="spellEnd"/>
      <w:r w:rsidRPr="004E4F60">
        <w:rPr>
          <w:lang w:val="ru-RU"/>
        </w:rPr>
        <w:t xml:space="preserve"> Ради </w:t>
      </w:r>
      <w:proofErr w:type="spellStart"/>
      <w:r w:rsidRPr="004E4F60">
        <w:rPr>
          <w:lang w:val="ru-RU"/>
        </w:rPr>
        <w:t>України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від</w:t>
      </w:r>
      <w:proofErr w:type="spellEnd"/>
      <w:r w:rsidRPr="004E4F60">
        <w:rPr>
          <w:lang w:val="ru-RU"/>
        </w:rPr>
        <w:t xml:space="preserve"> 04 </w:t>
      </w:r>
      <w:proofErr w:type="spellStart"/>
      <w:r w:rsidRPr="004E4F60">
        <w:rPr>
          <w:lang w:val="ru-RU"/>
        </w:rPr>
        <w:t>грудня</w:t>
      </w:r>
      <w:proofErr w:type="spellEnd"/>
      <w:r w:rsidRPr="004E4F60">
        <w:rPr>
          <w:lang w:val="ru-RU"/>
        </w:rPr>
        <w:t xml:space="preserve"> 2024 року № 4110-</w:t>
      </w:r>
      <w:r>
        <w:t>IX</w:t>
      </w:r>
      <w:r w:rsidRPr="004E4F60">
        <w:rPr>
          <w:lang w:val="ru-RU"/>
        </w:rPr>
        <w:t>,</w:t>
      </w:r>
      <w:r w:rsidR="004E4F60">
        <w:rPr>
          <w:lang w:val="ru-RU"/>
        </w:rPr>
        <w:t xml:space="preserve"> з</w:t>
      </w:r>
      <w:r w:rsidR="004E4F60" w:rsidRPr="004E4F60">
        <w:rPr>
          <w:lang w:val="ru-RU"/>
        </w:rPr>
        <w:t xml:space="preserve"> метою </w:t>
      </w:r>
      <w:proofErr w:type="spellStart"/>
      <w:r w:rsidR="004E4F60" w:rsidRPr="004E4F60">
        <w:rPr>
          <w:lang w:val="ru-RU"/>
        </w:rPr>
        <w:t>надання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комплексної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proofErr w:type="gramStart"/>
      <w:r w:rsidR="004E4F60" w:rsidRPr="004E4F60">
        <w:rPr>
          <w:lang w:val="ru-RU"/>
        </w:rPr>
        <w:t>соц</w:t>
      </w:r>
      <w:proofErr w:type="gramEnd"/>
      <w:r w:rsidR="004E4F60" w:rsidRPr="004E4F60">
        <w:rPr>
          <w:lang w:val="ru-RU"/>
        </w:rPr>
        <w:t>іальної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послуги</w:t>
      </w:r>
      <w:proofErr w:type="spellEnd"/>
      <w:r w:rsidR="004E4F60" w:rsidRPr="004E4F60">
        <w:rPr>
          <w:lang w:val="ru-RU"/>
        </w:rPr>
        <w:t xml:space="preserve"> з </w:t>
      </w:r>
      <w:proofErr w:type="spellStart"/>
      <w:r w:rsidR="004E4F60" w:rsidRPr="004E4F60">
        <w:rPr>
          <w:lang w:val="ru-RU"/>
        </w:rPr>
        <w:t>формування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життєстійкості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зміцнення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соціальної</w:t>
      </w:r>
      <w:proofErr w:type="spellEnd"/>
      <w:r w:rsidR="004E4F60" w:rsidRPr="004E4F60">
        <w:rPr>
          <w:lang w:val="ru-RU"/>
        </w:rPr>
        <w:t xml:space="preserve"> і </w:t>
      </w:r>
      <w:proofErr w:type="spellStart"/>
      <w:r w:rsidR="004E4F60" w:rsidRPr="004E4F60">
        <w:rPr>
          <w:lang w:val="ru-RU"/>
        </w:rPr>
        <w:t>психологічної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стійкості</w:t>
      </w:r>
      <w:proofErr w:type="spellEnd"/>
      <w:r w:rsidR="004E4F60" w:rsidRPr="004E4F60">
        <w:rPr>
          <w:lang w:val="ru-RU"/>
        </w:rPr>
        <w:t xml:space="preserve"> та </w:t>
      </w:r>
      <w:proofErr w:type="spellStart"/>
      <w:r w:rsidR="004E4F60" w:rsidRPr="004E4F60">
        <w:rPr>
          <w:lang w:val="ru-RU"/>
        </w:rPr>
        <w:t>адаптивності</w:t>
      </w:r>
      <w:proofErr w:type="spellEnd"/>
      <w:r w:rsidR="004E4F60" w:rsidRPr="004E4F60">
        <w:rPr>
          <w:lang w:val="ru-RU"/>
        </w:rPr>
        <w:t xml:space="preserve"> особи/</w:t>
      </w:r>
      <w:proofErr w:type="spellStart"/>
      <w:r w:rsidR="004E4F60" w:rsidRPr="004E4F60">
        <w:rPr>
          <w:lang w:val="ru-RU"/>
        </w:rPr>
        <w:t>сім'ї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групи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осіб</w:t>
      </w:r>
      <w:proofErr w:type="spellEnd"/>
      <w:r w:rsidR="004E4F60" w:rsidRPr="004E4F60">
        <w:rPr>
          <w:lang w:val="ru-RU"/>
        </w:rPr>
        <w:t xml:space="preserve">, для </w:t>
      </w:r>
      <w:proofErr w:type="spellStart"/>
      <w:r w:rsidR="004E4F60" w:rsidRPr="004E4F60">
        <w:rPr>
          <w:lang w:val="ru-RU"/>
        </w:rPr>
        <w:t>подолання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життєвих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труднощів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формування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навичок</w:t>
      </w:r>
      <w:proofErr w:type="spellEnd"/>
      <w:r w:rsidR="004E4F60" w:rsidRPr="004E4F60">
        <w:rPr>
          <w:lang w:val="ru-RU"/>
        </w:rPr>
        <w:t xml:space="preserve"> позитивного </w:t>
      </w:r>
      <w:proofErr w:type="spellStart"/>
      <w:r w:rsidR="004E4F60" w:rsidRPr="004E4F60">
        <w:rPr>
          <w:lang w:val="ru-RU"/>
        </w:rPr>
        <w:t>батьківства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розвитку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спроможності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територіальної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громади</w:t>
      </w:r>
      <w:proofErr w:type="spellEnd"/>
      <w:r w:rsidR="004E4F60" w:rsidRPr="004E4F60">
        <w:rPr>
          <w:lang w:val="ru-RU"/>
        </w:rPr>
        <w:t xml:space="preserve"> для </w:t>
      </w:r>
      <w:proofErr w:type="spellStart"/>
      <w:r w:rsidR="004E4F60" w:rsidRPr="004E4F60">
        <w:rPr>
          <w:lang w:val="ru-RU"/>
        </w:rPr>
        <w:t>організації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волонтерської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допомоги</w:t>
      </w:r>
      <w:proofErr w:type="spellEnd"/>
      <w:r w:rsidR="004E4F60" w:rsidRPr="004E4F60">
        <w:rPr>
          <w:lang w:val="ru-RU"/>
        </w:rPr>
        <w:t xml:space="preserve">, активного </w:t>
      </w:r>
      <w:proofErr w:type="spellStart"/>
      <w:r w:rsidR="004E4F60" w:rsidRPr="004E4F60">
        <w:rPr>
          <w:lang w:val="ru-RU"/>
        </w:rPr>
        <w:t>включення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громадян</w:t>
      </w:r>
      <w:proofErr w:type="spellEnd"/>
      <w:r w:rsidR="004E4F60" w:rsidRPr="004E4F60">
        <w:rPr>
          <w:lang w:val="ru-RU"/>
        </w:rPr>
        <w:t xml:space="preserve"> в </w:t>
      </w:r>
      <w:proofErr w:type="spellStart"/>
      <w:r w:rsidR="004E4F60" w:rsidRPr="004E4F60">
        <w:rPr>
          <w:lang w:val="ru-RU"/>
        </w:rPr>
        <w:t>життя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громади</w:t>
      </w:r>
      <w:proofErr w:type="spellEnd"/>
      <w:r w:rsidR="004E4F60" w:rsidRPr="004E4F60">
        <w:rPr>
          <w:lang w:val="ru-RU"/>
        </w:rPr>
        <w:t xml:space="preserve">, а </w:t>
      </w:r>
      <w:proofErr w:type="spellStart"/>
      <w:r w:rsidR="004E4F60" w:rsidRPr="004E4F60">
        <w:rPr>
          <w:lang w:val="ru-RU"/>
        </w:rPr>
        <w:t>також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зміцнення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proofErr w:type="gramStart"/>
      <w:r w:rsidR="004E4F60" w:rsidRPr="004E4F60">
        <w:rPr>
          <w:lang w:val="ru-RU"/>
        </w:rPr>
        <w:t>соц</w:t>
      </w:r>
      <w:proofErr w:type="gramEnd"/>
      <w:r w:rsidR="004E4F60" w:rsidRPr="004E4F60">
        <w:rPr>
          <w:lang w:val="ru-RU"/>
        </w:rPr>
        <w:t>іальної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згуртованості</w:t>
      </w:r>
      <w:proofErr w:type="spellEnd"/>
      <w:r w:rsidR="004E4F60" w:rsidRPr="004E4F60">
        <w:rPr>
          <w:lang w:val="ru-RU"/>
        </w:rPr>
        <w:t xml:space="preserve"> та на </w:t>
      </w:r>
      <w:proofErr w:type="spellStart"/>
      <w:r w:rsidR="004E4F60" w:rsidRPr="004E4F60">
        <w:rPr>
          <w:lang w:val="ru-RU"/>
        </w:rPr>
        <w:t>виконання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Законів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України</w:t>
      </w:r>
      <w:proofErr w:type="spellEnd"/>
      <w:r w:rsidR="004E4F60" w:rsidRPr="004E4F60">
        <w:rPr>
          <w:lang w:val="ru-RU"/>
        </w:rPr>
        <w:t xml:space="preserve"> «Про </w:t>
      </w:r>
      <w:proofErr w:type="spellStart"/>
      <w:r w:rsidR="004E4F60" w:rsidRPr="004E4F60">
        <w:rPr>
          <w:lang w:val="ru-RU"/>
        </w:rPr>
        <w:t>соціальні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послуги</w:t>
      </w:r>
      <w:proofErr w:type="spellEnd"/>
      <w:r w:rsidR="004E4F60" w:rsidRPr="004E4F60">
        <w:rPr>
          <w:lang w:val="ru-RU"/>
        </w:rPr>
        <w:t xml:space="preserve">», «Про </w:t>
      </w:r>
      <w:proofErr w:type="spellStart"/>
      <w:r w:rsidR="004E4F60" w:rsidRPr="004E4F60">
        <w:rPr>
          <w:lang w:val="ru-RU"/>
        </w:rPr>
        <w:t>соціальну</w:t>
      </w:r>
      <w:proofErr w:type="spellEnd"/>
      <w:r w:rsidR="004E4F60" w:rsidRPr="004E4F60">
        <w:rPr>
          <w:lang w:val="ru-RU"/>
        </w:rPr>
        <w:t xml:space="preserve"> роботу з </w:t>
      </w:r>
      <w:proofErr w:type="spellStart"/>
      <w:r w:rsidR="004E4F60" w:rsidRPr="004E4F60">
        <w:rPr>
          <w:lang w:val="ru-RU"/>
        </w:rPr>
        <w:t>сім'ями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дітьми</w:t>
      </w:r>
      <w:proofErr w:type="spellEnd"/>
      <w:r w:rsidR="004E4F60" w:rsidRPr="004E4F60">
        <w:rPr>
          <w:lang w:val="ru-RU"/>
        </w:rPr>
        <w:t xml:space="preserve"> та </w:t>
      </w:r>
      <w:proofErr w:type="spellStart"/>
      <w:r w:rsidR="004E4F60" w:rsidRPr="004E4F60">
        <w:rPr>
          <w:lang w:val="ru-RU"/>
        </w:rPr>
        <w:t>молоддю</w:t>
      </w:r>
      <w:proofErr w:type="spellEnd"/>
      <w:r w:rsidR="004E4F60" w:rsidRPr="004E4F60">
        <w:rPr>
          <w:lang w:val="ru-RU"/>
        </w:rPr>
        <w:t xml:space="preserve">», «Про </w:t>
      </w:r>
      <w:proofErr w:type="spellStart"/>
      <w:r w:rsidR="004E4F60" w:rsidRPr="004E4F60">
        <w:rPr>
          <w:lang w:val="ru-RU"/>
        </w:rPr>
        <w:t>соціальний</w:t>
      </w:r>
      <w:proofErr w:type="spellEnd"/>
      <w:r w:rsidR="004E4F60" w:rsidRPr="004E4F60">
        <w:rPr>
          <w:lang w:val="ru-RU"/>
        </w:rPr>
        <w:t xml:space="preserve"> і </w:t>
      </w:r>
      <w:proofErr w:type="spellStart"/>
      <w:r w:rsidR="004E4F60" w:rsidRPr="004E4F60">
        <w:rPr>
          <w:lang w:val="ru-RU"/>
        </w:rPr>
        <w:t>правовий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захист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військовослужбовців</w:t>
      </w:r>
      <w:proofErr w:type="spellEnd"/>
      <w:r w:rsidR="004E4F60" w:rsidRPr="004E4F60">
        <w:rPr>
          <w:lang w:val="ru-RU"/>
        </w:rPr>
        <w:t xml:space="preserve"> та </w:t>
      </w:r>
      <w:proofErr w:type="spellStart"/>
      <w:r w:rsidR="004E4F60" w:rsidRPr="004E4F60">
        <w:rPr>
          <w:lang w:val="ru-RU"/>
        </w:rPr>
        <w:t>членів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їх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сімей</w:t>
      </w:r>
      <w:proofErr w:type="spellEnd"/>
      <w:r w:rsidR="004E4F60" w:rsidRPr="004E4F60">
        <w:rPr>
          <w:lang w:val="ru-RU"/>
        </w:rPr>
        <w:t xml:space="preserve">», «Про статус </w:t>
      </w:r>
      <w:proofErr w:type="spellStart"/>
      <w:r w:rsidR="004E4F60" w:rsidRPr="004E4F60">
        <w:rPr>
          <w:lang w:val="ru-RU"/>
        </w:rPr>
        <w:t>ветеранів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proofErr w:type="gramStart"/>
      <w:r w:rsidR="004E4F60" w:rsidRPr="004E4F60">
        <w:rPr>
          <w:lang w:val="ru-RU"/>
        </w:rPr>
        <w:t>в</w:t>
      </w:r>
      <w:proofErr w:type="gramEnd"/>
      <w:r w:rsidR="004E4F60" w:rsidRPr="004E4F60">
        <w:rPr>
          <w:lang w:val="ru-RU"/>
        </w:rPr>
        <w:t>ійни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гарантії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їх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соціального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захисту</w:t>
      </w:r>
      <w:proofErr w:type="spellEnd"/>
      <w:r w:rsidR="004E4F60" w:rsidRPr="004E4F60">
        <w:rPr>
          <w:lang w:val="ru-RU"/>
        </w:rPr>
        <w:t xml:space="preserve">», «Про систему </w:t>
      </w:r>
      <w:proofErr w:type="spellStart"/>
      <w:r w:rsidR="004E4F60" w:rsidRPr="004E4F60">
        <w:rPr>
          <w:lang w:val="ru-RU"/>
        </w:rPr>
        <w:t>охорони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психічного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здоров'я</w:t>
      </w:r>
      <w:proofErr w:type="spellEnd"/>
      <w:r w:rsidR="004E4F60" w:rsidRPr="004E4F60">
        <w:rPr>
          <w:lang w:val="ru-RU"/>
        </w:rPr>
        <w:t xml:space="preserve"> в </w:t>
      </w:r>
      <w:proofErr w:type="spellStart"/>
      <w:r w:rsidR="004E4F60" w:rsidRPr="004E4F60">
        <w:rPr>
          <w:lang w:val="ru-RU"/>
        </w:rPr>
        <w:t>Україні</w:t>
      </w:r>
      <w:proofErr w:type="spellEnd"/>
      <w:r w:rsidR="004E4F60" w:rsidRPr="004E4F60">
        <w:rPr>
          <w:lang w:val="ru-RU"/>
        </w:rPr>
        <w:t xml:space="preserve">», «Про </w:t>
      </w:r>
      <w:proofErr w:type="spellStart"/>
      <w:r w:rsidR="004E4F60" w:rsidRPr="004E4F60">
        <w:rPr>
          <w:lang w:val="ru-RU"/>
        </w:rPr>
        <w:t>волонтерську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діяльність</w:t>
      </w:r>
      <w:proofErr w:type="spellEnd"/>
      <w:r w:rsidR="004E4F60" w:rsidRPr="004E4F60">
        <w:rPr>
          <w:lang w:val="ru-RU"/>
        </w:rPr>
        <w:t xml:space="preserve">», «Про </w:t>
      </w:r>
      <w:proofErr w:type="spellStart"/>
      <w:r w:rsidR="004E4F60" w:rsidRPr="004E4F60">
        <w:rPr>
          <w:lang w:val="ru-RU"/>
        </w:rPr>
        <w:t>охорону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дитинства</w:t>
      </w:r>
      <w:proofErr w:type="spellEnd"/>
      <w:r w:rsidR="004E4F60" w:rsidRPr="004E4F60">
        <w:rPr>
          <w:lang w:val="ru-RU"/>
        </w:rPr>
        <w:t xml:space="preserve">» та «Про </w:t>
      </w:r>
      <w:proofErr w:type="spellStart"/>
      <w:r w:rsidR="004E4F60" w:rsidRPr="004E4F60">
        <w:rPr>
          <w:lang w:val="ru-RU"/>
        </w:rPr>
        <w:t>забезпечення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організаційноправових</w:t>
      </w:r>
      <w:proofErr w:type="spellEnd"/>
      <w:r w:rsidR="004E4F60" w:rsidRPr="004E4F60">
        <w:rPr>
          <w:lang w:val="ru-RU"/>
        </w:rPr>
        <w:t xml:space="preserve"> умов </w:t>
      </w:r>
      <w:proofErr w:type="spellStart"/>
      <w:r w:rsidR="004E4F60" w:rsidRPr="004E4F60">
        <w:rPr>
          <w:lang w:val="ru-RU"/>
        </w:rPr>
        <w:t>соціального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захисту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дітей-сиріт</w:t>
      </w:r>
      <w:proofErr w:type="spellEnd"/>
      <w:r w:rsidR="004E4F60" w:rsidRPr="004E4F60">
        <w:rPr>
          <w:lang w:val="ru-RU"/>
        </w:rPr>
        <w:t xml:space="preserve"> та </w:t>
      </w:r>
      <w:proofErr w:type="spellStart"/>
      <w:r w:rsidR="004E4F60" w:rsidRPr="004E4F60">
        <w:rPr>
          <w:lang w:val="ru-RU"/>
        </w:rPr>
        <w:t>дітей</w:t>
      </w:r>
      <w:proofErr w:type="spellEnd"/>
      <w:r w:rsidR="004E4F60" w:rsidRPr="004E4F60">
        <w:rPr>
          <w:lang w:val="ru-RU"/>
        </w:rPr>
        <w:t xml:space="preserve">, </w:t>
      </w:r>
      <w:proofErr w:type="spellStart"/>
      <w:r w:rsidR="004E4F60" w:rsidRPr="004E4F60">
        <w:rPr>
          <w:lang w:val="ru-RU"/>
        </w:rPr>
        <w:t>позбавлених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батьківського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піклування</w:t>
      </w:r>
      <w:proofErr w:type="spellEnd"/>
      <w:r w:rsidR="004E4F60" w:rsidRPr="004E4F60">
        <w:rPr>
          <w:lang w:val="ru-RU"/>
        </w:rPr>
        <w:t xml:space="preserve">», постанов </w:t>
      </w:r>
      <w:proofErr w:type="spellStart"/>
      <w:r w:rsidR="004E4F60" w:rsidRPr="004E4F60">
        <w:rPr>
          <w:lang w:val="ru-RU"/>
        </w:rPr>
        <w:t>Кабінету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Міністрів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України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від</w:t>
      </w:r>
      <w:proofErr w:type="spellEnd"/>
      <w:r w:rsidR="004E4F60" w:rsidRPr="004E4F60">
        <w:rPr>
          <w:lang w:val="ru-RU"/>
        </w:rPr>
        <w:t xml:space="preserve"> 01.06.2020 №587 «Про </w:t>
      </w:r>
      <w:proofErr w:type="spellStart"/>
      <w:r w:rsidR="004E4F60" w:rsidRPr="004E4F60">
        <w:rPr>
          <w:lang w:val="ru-RU"/>
        </w:rPr>
        <w:t>організацію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надання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proofErr w:type="gramStart"/>
      <w:r w:rsidR="004E4F60" w:rsidRPr="004E4F60">
        <w:rPr>
          <w:lang w:val="ru-RU"/>
        </w:rPr>
        <w:t>соц</w:t>
      </w:r>
      <w:proofErr w:type="gramEnd"/>
      <w:r w:rsidR="004E4F60" w:rsidRPr="004E4F60">
        <w:rPr>
          <w:lang w:val="ru-RU"/>
        </w:rPr>
        <w:t>іальних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послуг</w:t>
      </w:r>
      <w:proofErr w:type="spellEnd"/>
      <w:r w:rsidR="004E4F60" w:rsidRPr="004E4F60">
        <w:rPr>
          <w:lang w:val="ru-RU"/>
        </w:rPr>
        <w:t xml:space="preserve">», </w:t>
      </w:r>
      <w:proofErr w:type="spellStart"/>
      <w:r w:rsidR="004E4F60" w:rsidRPr="004E4F60">
        <w:rPr>
          <w:lang w:val="ru-RU"/>
        </w:rPr>
        <w:t>від</w:t>
      </w:r>
      <w:proofErr w:type="spellEnd"/>
      <w:r w:rsidR="004E4F60" w:rsidRPr="004E4F60">
        <w:rPr>
          <w:lang w:val="ru-RU"/>
        </w:rPr>
        <w:t xml:space="preserve"> 23.01.2024 №83 «Про </w:t>
      </w:r>
      <w:proofErr w:type="spellStart"/>
      <w:r w:rsidR="004E4F60" w:rsidRPr="004E4F60">
        <w:rPr>
          <w:lang w:val="ru-RU"/>
        </w:rPr>
        <w:t>організацію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діяльності</w:t>
      </w:r>
      <w:proofErr w:type="spellEnd"/>
      <w:r w:rsidR="004E4F60" w:rsidRPr="004E4F60">
        <w:rPr>
          <w:lang w:val="ru-RU"/>
        </w:rPr>
        <w:t xml:space="preserve"> та </w:t>
      </w:r>
      <w:proofErr w:type="spellStart"/>
      <w:r w:rsidR="004E4F60" w:rsidRPr="004E4F60">
        <w:rPr>
          <w:lang w:val="ru-RU"/>
        </w:rPr>
        <w:t>забезпечення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функціонування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центрів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життєстійкості</w:t>
      </w:r>
      <w:proofErr w:type="spellEnd"/>
      <w:r w:rsidR="004E4F60" w:rsidRPr="004E4F60">
        <w:rPr>
          <w:lang w:val="ru-RU"/>
        </w:rPr>
        <w:t xml:space="preserve">», </w:t>
      </w:r>
      <w:proofErr w:type="spellStart"/>
      <w:r w:rsidR="004E4F60" w:rsidRPr="004E4F60">
        <w:rPr>
          <w:lang w:val="ru-RU"/>
        </w:rPr>
        <w:t>від</w:t>
      </w:r>
      <w:proofErr w:type="spellEnd"/>
      <w:r w:rsidR="004E4F60" w:rsidRPr="004E4F60">
        <w:rPr>
          <w:lang w:val="ru-RU"/>
        </w:rPr>
        <w:t xml:space="preserve"> 19.11.2025 №1505 «</w:t>
      </w:r>
      <w:proofErr w:type="spellStart"/>
      <w:r w:rsidR="004E4F60" w:rsidRPr="004E4F60">
        <w:rPr>
          <w:lang w:val="ru-RU"/>
        </w:rPr>
        <w:t>Деякі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питання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реалізації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експериментального</w:t>
      </w:r>
      <w:proofErr w:type="spellEnd"/>
      <w:r w:rsidR="004E4F60" w:rsidRPr="004E4F60">
        <w:rPr>
          <w:lang w:val="ru-RU"/>
        </w:rPr>
        <w:t xml:space="preserve"> проекту з </w:t>
      </w:r>
      <w:proofErr w:type="spellStart"/>
      <w:r w:rsidR="004E4F60" w:rsidRPr="004E4F60">
        <w:rPr>
          <w:lang w:val="ru-RU"/>
        </w:rPr>
        <w:t>організації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надання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комплексної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соціальної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послуги</w:t>
      </w:r>
      <w:proofErr w:type="spellEnd"/>
      <w:r w:rsidR="004E4F60" w:rsidRPr="004E4F60">
        <w:rPr>
          <w:lang w:val="ru-RU"/>
        </w:rPr>
        <w:t xml:space="preserve"> з </w:t>
      </w:r>
      <w:proofErr w:type="spellStart"/>
      <w:r w:rsidR="004E4F60" w:rsidRPr="004E4F60">
        <w:rPr>
          <w:lang w:val="ru-RU"/>
        </w:rPr>
        <w:t>формування</w:t>
      </w:r>
      <w:proofErr w:type="spellEnd"/>
      <w:r w:rsidR="004E4F60" w:rsidRPr="004E4F60">
        <w:rPr>
          <w:lang w:val="ru-RU"/>
        </w:rPr>
        <w:t xml:space="preserve"> </w:t>
      </w:r>
      <w:proofErr w:type="spellStart"/>
      <w:r w:rsidR="004E4F60" w:rsidRPr="004E4F60">
        <w:rPr>
          <w:lang w:val="ru-RU"/>
        </w:rPr>
        <w:t>життєстійкості</w:t>
      </w:r>
      <w:proofErr w:type="spellEnd"/>
      <w:r w:rsidR="004E4F60" w:rsidRPr="004E4F60">
        <w:rPr>
          <w:lang w:val="ru-RU"/>
        </w:rPr>
        <w:t xml:space="preserve"> в </w:t>
      </w:r>
      <w:proofErr w:type="spellStart"/>
      <w:r w:rsidR="004E4F60" w:rsidRPr="004E4F60">
        <w:rPr>
          <w:lang w:val="ru-RU"/>
        </w:rPr>
        <w:t>територіальних</w:t>
      </w:r>
      <w:proofErr w:type="spellEnd"/>
      <w:r w:rsidR="004E4F60" w:rsidRPr="004E4F60">
        <w:rPr>
          <w:lang w:val="ru-RU"/>
        </w:rPr>
        <w:t xml:space="preserve"> громадах»,</w:t>
      </w:r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відповідно</w:t>
      </w:r>
      <w:proofErr w:type="spellEnd"/>
      <w:r w:rsidRPr="004E4F60">
        <w:rPr>
          <w:lang w:val="ru-RU"/>
        </w:rPr>
        <w:t xml:space="preserve"> до Порядку </w:t>
      </w:r>
      <w:proofErr w:type="spellStart"/>
      <w:r w:rsidRPr="004E4F60">
        <w:rPr>
          <w:lang w:val="ru-RU"/>
        </w:rPr>
        <w:t>реалізації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експериментального</w:t>
      </w:r>
      <w:proofErr w:type="spellEnd"/>
      <w:r w:rsidRPr="004E4F60">
        <w:rPr>
          <w:lang w:val="ru-RU"/>
        </w:rPr>
        <w:t xml:space="preserve"> проекту з </w:t>
      </w:r>
      <w:proofErr w:type="spellStart"/>
      <w:r w:rsidRPr="004E4F60">
        <w:rPr>
          <w:lang w:val="ru-RU"/>
        </w:rPr>
        <w:t>організації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надання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комплексної</w:t>
      </w:r>
      <w:proofErr w:type="spellEnd"/>
      <w:r w:rsidRPr="004E4F60">
        <w:rPr>
          <w:lang w:val="ru-RU"/>
        </w:rPr>
        <w:t xml:space="preserve"> </w:t>
      </w:r>
      <w:proofErr w:type="spellStart"/>
      <w:proofErr w:type="gramStart"/>
      <w:r w:rsidRPr="004E4F60">
        <w:rPr>
          <w:lang w:val="ru-RU"/>
        </w:rPr>
        <w:t>соц</w:t>
      </w:r>
      <w:proofErr w:type="gramEnd"/>
      <w:r w:rsidRPr="004E4F60">
        <w:rPr>
          <w:lang w:val="ru-RU"/>
        </w:rPr>
        <w:t>іальної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послуги</w:t>
      </w:r>
      <w:proofErr w:type="spellEnd"/>
      <w:r w:rsidRPr="004E4F60">
        <w:rPr>
          <w:lang w:val="ru-RU"/>
        </w:rPr>
        <w:t xml:space="preserve"> з </w:t>
      </w:r>
      <w:proofErr w:type="spellStart"/>
      <w:r w:rsidRPr="004E4F60">
        <w:rPr>
          <w:lang w:val="ru-RU"/>
        </w:rPr>
        <w:t>формування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життєстійкості</w:t>
      </w:r>
      <w:proofErr w:type="spellEnd"/>
      <w:r w:rsidRPr="004E4F60">
        <w:rPr>
          <w:lang w:val="ru-RU"/>
        </w:rPr>
        <w:t xml:space="preserve"> в </w:t>
      </w:r>
      <w:proofErr w:type="spellStart"/>
      <w:r w:rsidRPr="004E4F60">
        <w:rPr>
          <w:lang w:val="ru-RU"/>
        </w:rPr>
        <w:t>територіальн</w:t>
      </w:r>
      <w:r w:rsidRPr="004E4F60">
        <w:rPr>
          <w:lang w:val="ru-RU"/>
        </w:rPr>
        <w:t>их</w:t>
      </w:r>
      <w:proofErr w:type="spellEnd"/>
      <w:r w:rsidRPr="004E4F60">
        <w:rPr>
          <w:lang w:val="ru-RU"/>
        </w:rPr>
        <w:t xml:space="preserve"> громадах, </w:t>
      </w:r>
      <w:proofErr w:type="spellStart"/>
      <w:r w:rsidRPr="004E4F60">
        <w:rPr>
          <w:lang w:val="ru-RU"/>
        </w:rPr>
        <w:t>затвердженого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постановою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Кабінету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Міністрів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України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від</w:t>
      </w:r>
      <w:proofErr w:type="spellEnd"/>
      <w:r w:rsidRPr="004E4F60">
        <w:rPr>
          <w:lang w:val="ru-RU"/>
        </w:rPr>
        <w:t xml:space="preserve"> 19 листопада 2025 року № 1505, з метою </w:t>
      </w:r>
      <w:proofErr w:type="spellStart"/>
      <w:r w:rsidRPr="004E4F60">
        <w:rPr>
          <w:lang w:val="ru-RU"/>
        </w:rPr>
        <w:t>коо</w:t>
      </w:r>
      <w:bookmarkStart w:id="0" w:name="_GoBack"/>
      <w:bookmarkEnd w:id="0"/>
      <w:r w:rsidRPr="004E4F60">
        <w:rPr>
          <w:lang w:val="ru-RU"/>
        </w:rPr>
        <w:t>рдинації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організації</w:t>
      </w:r>
      <w:proofErr w:type="spellEnd"/>
      <w:r w:rsidRPr="004E4F60">
        <w:rPr>
          <w:lang w:val="ru-RU"/>
        </w:rPr>
        <w:t xml:space="preserve"> та </w:t>
      </w:r>
      <w:proofErr w:type="spellStart"/>
      <w:r w:rsidRPr="004E4F60">
        <w:rPr>
          <w:lang w:val="ru-RU"/>
        </w:rPr>
        <w:t>надання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комплексної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соціальної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послуги</w:t>
      </w:r>
      <w:proofErr w:type="spellEnd"/>
      <w:r w:rsidRPr="004E4F60">
        <w:rPr>
          <w:lang w:val="ru-RU"/>
        </w:rPr>
        <w:t xml:space="preserve"> з </w:t>
      </w:r>
      <w:proofErr w:type="spellStart"/>
      <w:r w:rsidRPr="004E4F60">
        <w:rPr>
          <w:lang w:val="ru-RU"/>
        </w:rPr>
        <w:t>формування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життєстійкості</w:t>
      </w:r>
      <w:proofErr w:type="spellEnd"/>
      <w:r w:rsidR="004E4F60">
        <w:rPr>
          <w:lang w:val="ru-RU"/>
        </w:rPr>
        <w:t>,</w:t>
      </w:r>
    </w:p>
    <w:p w:rsidR="004E4F60" w:rsidRPr="00DA2FA5" w:rsidRDefault="004E4F60" w:rsidP="004E4F60">
      <w:pPr>
        <w:jc w:val="both"/>
        <w:rPr>
          <w:rFonts w:cs="Times New Roman"/>
          <w:b/>
          <w:bCs/>
          <w:szCs w:val="28"/>
          <w:lang w:val="uk-UA"/>
        </w:rPr>
      </w:pPr>
      <w:r w:rsidRPr="00DA2FA5">
        <w:rPr>
          <w:rFonts w:cs="Times New Roman"/>
          <w:b/>
          <w:bCs/>
          <w:szCs w:val="28"/>
          <w:lang w:val="uk-UA"/>
        </w:rPr>
        <w:t>ЗОБОВ’ЯЗУЮ:</w:t>
      </w:r>
    </w:p>
    <w:p w:rsidR="004E4F60" w:rsidRPr="004E4F60" w:rsidRDefault="004E4F60" w:rsidP="004E4F60">
      <w:pPr>
        <w:spacing w:after="100"/>
        <w:jc w:val="both"/>
        <w:rPr>
          <w:lang w:val="uk-UA"/>
        </w:rPr>
      </w:pPr>
    </w:p>
    <w:p w:rsidR="00A1630C" w:rsidRPr="004E4F60" w:rsidRDefault="0079595B" w:rsidP="004E4F60">
      <w:pPr>
        <w:spacing w:after="60"/>
        <w:ind w:firstLine="720"/>
        <w:jc w:val="both"/>
        <w:rPr>
          <w:lang w:val="uk-UA"/>
        </w:rPr>
      </w:pPr>
      <w:r w:rsidRPr="004E4F60">
        <w:rPr>
          <w:lang w:val="uk-UA"/>
        </w:rPr>
        <w:t xml:space="preserve">1. </w:t>
      </w:r>
      <w:r w:rsidRPr="004E4F60">
        <w:rPr>
          <w:lang w:val="uk-UA"/>
        </w:rPr>
        <w:t xml:space="preserve">Визначити </w:t>
      </w:r>
      <w:proofErr w:type="spellStart"/>
      <w:r w:rsidRPr="004E4F60">
        <w:rPr>
          <w:lang w:val="uk-UA"/>
        </w:rPr>
        <w:t>Марчишину</w:t>
      </w:r>
      <w:proofErr w:type="spellEnd"/>
      <w:r w:rsidRPr="004E4F60">
        <w:rPr>
          <w:lang w:val="uk-UA"/>
        </w:rPr>
        <w:t xml:space="preserve"> Анжелу Леонідівну, начальника </w:t>
      </w:r>
      <w:r w:rsidRPr="004E4F60">
        <w:rPr>
          <w:lang w:val="uk-UA"/>
        </w:rPr>
        <w:t>відділу соціального захисту та гуманітарної політики Василівської міської військової адміністрації Василівського району Запорізької області, соціальним менеджером Василівської міської територіальної громади.</w:t>
      </w:r>
    </w:p>
    <w:p w:rsidR="00A1630C" w:rsidRPr="004E4F60" w:rsidRDefault="0079595B" w:rsidP="004E4F60">
      <w:pPr>
        <w:spacing w:after="60"/>
        <w:ind w:firstLine="567"/>
        <w:jc w:val="both"/>
        <w:rPr>
          <w:lang w:val="uk-UA"/>
        </w:rPr>
      </w:pPr>
      <w:r w:rsidRPr="004E4F60">
        <w:rPr>
          <w:lang w:val="uk-UA"/>
        </w:rPr>
        <w:lastRenderedPageBreak/>
        <w:t xml:space="preserve">2. </w:t>
      </w:r>
      <w:r w:rsidRPr="004E4F60">
        <w:rPr>
          <w:lang w:val="uk-UA"/>
        </w:rPr>
        <w:t>Соціальному менеджеру громади забезпечити:</w:t>
      </w:r>
    </w:p>
    <w:p w:rsidR="00A1630C" w:rsidRPr="004E4F60" w:rsidRDefault="0079595B" w:rsidP="004E4F60">
      <w:pPr>
        <w:spacing w:after="40"/>
        <w:ind w:firstLine="567"/>
        <w:jc w:val="both"/>
        <w:rPr>
          <w:lang w:val="ru-RU"/>
        </w:rPr>
      </w:pPr>
      <w:r w:rsidRPr="004E4F60">
        <w:rPr>
          <w:lang w:val="uk-UA"/>
        </w:rPr>
        <w:t>координацію взаємодії Василівської міської військової адміністрації Василівського району Запорізької області з Фондом соціального захисту осіб з інвалідністю, надавачем комплексної соціальної послуги з формування життєстійкості, Національною соціальною се</w:t>
      </w:r>
      <w:r w:rsidRPr="004E4F60">
        <w:rPr>
          <w:lang w:val="uk-UA"/>
        </w:rPr>
        <w:t xml:space="preserve">рвісною службою </w:t>
      </w:r>
      <w:proofErr w:type="spellStart"/>
      <w:r w:rsidRPr="004E4F60">
        <w:rPr>
          <w:lang w:val="ru-RU"/>
        </w:rPr>
        <w:t>України</w:t>
      </w:r>
      <w:proofErr w:type="spellEnd"/>
      <w:r w:rsidRPr="004E4F60">
        <w:rPr>
          <w:lang w:val="ru-RU"/>
        </w:rPr>
        <w:t xml:space="preserve"> та </w:t>
      </w:r>
      <w:proofErr w:type="spellStart"/>
      <w:r w:rsidRPr="004E4F60">
        <w:rPr>
          <w:lang w:val="ru-RU"/>
        </w:rPr>
        <w:t>отримувачами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послуги</w:t>
      </w:r>
      <w:proofErr w:type="spellEnd"/>
      <w:r w:rsidRPr="004E4F60">
        <w:rPr>
          <w:lang w:val="ru-RU"/>
        </w:rPr>
        <w:t>;</w:t>
      </w:r>
    </w:p>
    <w:p w:rsidR="00A1630C" w:rsidRPr="004E4F60" w:rsidRDefault="0079595B" w:rsidP="004E4F60">
      <w:pPr>
        <w:spacing w:after="40"/>
        <w:ind w:firstLine="567"/>
        <w:jc w:val="both"/>
        <w:rPr>
          <w:lang w:val="ru-RU"/>
        </w:rPr>
      </w:pPr>
      <w:proofErr w:type="spellStart"/>
      <w:r w:rsidRPr="004E4F60">
        <w:rPr>
          <w:lang w:val="ru-RU"/>
        </w:rPr>
        <w:t>організаційну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взаємодію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із</w:t>
      </w:r>
      <w:proofErr w:type="spellEnd"/>
      <w:r w:rsidRPr="004E4F60">
        <w:rPr>
          <w:lang w:val="ru-RU"/>
        </w:rPr>
        <w:t xml:space="preserve"> закладами, </w:t>
      </w:r>
      <w:proofErr w:type="spellStart"/>
      <w:r w:rsidRPr="004E4F60">
        <w:rPr>
          <w:lang w:val="ru-RU"/>
        </w:rPr>
        <w:t>установами</w:t>
      </w:r>
      <w:proofErr w:type="spellEnd"/>
      <w:r w:rsidRPr="004E4F60">
        <w:rPr>
          <w:lang w:val="ru-RU"/>
        </w:rPr>
        <w:t xml:space="preserve">, </w:t>
      </w:r>
      <w:proofErr w:type="spellStart"/>
      <w:r w:rsidRPr="004E4F60">
        <w:rPr>
          <w:lang w:val="ru-RU"/>
        </w:rPr>
        <w:t>організаціями</w:t>
      </w:r>
      <w:proofErr w:type="spellEnd"/>
      <w:r w:rsidRPr="004E4F60">
        <w:rPr>
          <w:lang w:val="ru-RU"/>
        </w:rPr>
        <w:t xml:space="preserve"> та </w:t>
      </w:r>
      <w:proofErr w:type="spellStart"/>
      <w:r w:rsidRPr="004E4F60">
        <w:rPr>
          <w:lang w:val="ru-RU"/>
        </w:rPr>
        <w:t>іншими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суб’єктами</w:t>
      </w:r>
      <w:proofErr w:type="spellEnd"/>
      <w:r w:rsidRPr="004E4F60">
        <w:rPr>
          <w:lang w:val="ru-RU"/>
        </w:rPr>
        <w:t xml:space="preserve">, </w:t>
      </w:r>
      <w:proofErr w:type="spellStart"/>
      <w:r w:rsidRPr="004E4F60">
        <w:rPr>
          <w:lang w:val="ru-RU"/>
        </w:rPr>
        <w:t>залученими</w:t>
      </w:r>
      <w:proofErr w:type="spellEnd"/>
      <w:r w:rsidRPr="004E4F60">
        <w:rPr>
          <w:lang w:val="ru-RU"/>
        </w:rPr>
        <w:t xml:space="preserve"> до </w:t>
      </w:r>
      <w:proofErr w:type="spellStart"/>
      <w:r w:rsidRPr="004E4F60">
        <w:rPr>
          <w:lang w:val="ru-RU"/>
        </w:rPr>
        <w:t>надання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комплексної</w:t>
      </w:r>
      <w:proofErr w:type="spellEnd"/>
      <w:r w:rsidRPr="004E4F60">
        <w:rPr>
          <w:lang w:val="ru-RU"/>
        </w:rPr>
        <w:t xml:space="preserve"> </w:t>
      </w:r>
      <w:proofErr w:type="spellStart"/>
      <w:proofErr w:type="gramStart"/>
      <w:r w:rsidRPr="004E4F60">
        <w:rPr>
          <w:lang w:val="ru-RU"/>
        </w:rPr>
        <w:t>соц</w:t>
      </w:r>
      <w:proofErr w:type="gramEnd"/>
      <w:r w:rsidRPr="004E4F60">
        <w:rPr>
          <w:lang w:val="ru-RU"/>
        </w:rPr>
        <w:t>іальної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послуги</w:t>
      </w:r>
      <w:proofErr w:type="spellEnd"/>
      <w:r w:rsidRPr="004E4F60">
        <w:rPr>
          <w:lang w:val="ru-RU"/>
        </w:rPr>
        <w:t>;</w:t>
      </w:r>
    </w:p>
    <w:p w:rsidR="00A1630C" w:rsidRPr="004E4F60" w:rsidRDefault="0079595B" w:rsidP="004E4F60">
      <w:pPr>
        <w:spacing w:after="40"/>
        <w:ind w:firstLine="567"/>
        <w:jc w:val="both"/>
        <w:rPr>
          <w:lang w:val="ru-RU"/>
        </w:rPr>
      </w:pPr>
      <w:proofErr w:type="spellStart"/>
      <w:r w:rsidRPr="004E4F60">
        <w:rPr>
          <w:lang w:val="ru-RU"/>
        </w:rPr>
        <w:t>інформування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мешканців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громади</w:t>
      </w:r>
      <w:proofErr w:type="spellEnd"/>
      <w:r w:rsidRPr="004E4F60">
        <w:rPr>
          <w:lang w:val="ru-RU"/>
        </w:rPr>
        <w:t xml:space="preserve"> про порядок та </w:t>
      </w:r>
      <w:proofErr w:type="spellStart"/>
      <w:r w:rsidRPr="004E4F60">
        <w:rPr>
          <w:lang w:val="ru-RU"/>
        </w:rPr>
        <w:t>місце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отримання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комплексної</w:t>
      </w:r>
      <w:proofErr w:type="spellEnd"/>
      <w:r w:rsidRPr="004E4F60">
        <w:rPr>
          <w:lang w:val="ru-RU"/>
        </w:rPr>
        <w:t xml:space="preserve"> </w:t>
      </w:r>
      <w:proofErr w:type="spellStart"/>
      <w:proofErr w:type="gramStart"/>
      <w:r w:rsidRPr="004E4F60">
        <w:rPr>
          <w:lang w:val="ru-RU"/>
        </w:rPr>
        <w:t>соц</w:t>
      </w:r>
      <w:proofErr w:type="gramEnd"/>
      <w:r w:rsidRPr="004E4F60">
        <w:rPr>
          <w:lang w:val="ru-RU"/>
        </w:rPr>
        <w:t>іальної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послуги</w:t>
      </w:r>
      <w:proofErr w:type="spellEnd"/>
      <w:r w:rsidRPr="004E4F60">
        <w:rPr>
          <w:lang w:val="ru-RU"/>
        </w:rPr>
        <w:t xml:space="preserve"> з </w:t>
      </w:r>
      <w:proofErr w:type="spellStart"/>
      <w:r w:rsidRPr="004E4F60">
        <w:rPr>
          <w:lang w:val="ru-RU"/>
        </w:rPr>
        <w:t>формування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життєстійкості</w:t>
      </w:r>
      <w:proofErr w:type="spellEnd"/>
      <w:r w:rsidRPr="004E4F60">
        <w:rPr>
          <w:lang w:val="ru-RU"/>
        </w:rPr>
        <w:t>;</w:t>
      </w:r>
    </w:p>
    <w:p w:rsidR="00A1630C" w:rsidRDefault="0079595B" w:rsidP="004E4F60">
      <w:pPr>
        <w:spacing w:after="40"/>
        <w:ind w:firstLine="567"/>
        <w:jc w:val="both"/>
        <w:rPr>
          <w:lang w:val="ru-RU"/>
        </w:rPr>
      </w:pPr>
      <w:proofErr w:type="spellStart"/>
      <w:r w:rsidRPr="004E4F60">
        <w:rPr>
          <w:lang w:val="ru-RU"/>
        </w:rPr>
        <w:t>виконання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інших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завдань</w:t>
      </w:r>
      <w:proofErr w:type="spellEnd"/>
      <w:r w:rsidRPr="004E4F60">
        <w:rPr>
          <w:lang w:val="ru-RU"/>
        </w:rPr>
        <w:t xml:space="preserve">, </w:t>
      </w:r>
      <w:proofErr w:type="spellStart"/>
      <w:r w:rsidRPr="004E4F60">
        <w:rPr>
          <w:lang w:val="ru-RU"/>
        </w:rPr>
        <w:t>визначених</w:t>
      </w:r>
      <w:proofErr w:type="spellEnd"/>
      <w:r w:rsidRPr="004E4F60">
        <w:rPr>
          <w:lang w:val="ru-RU"/>
        </w:rPr>
        <w:t xml:space="preserve"> Порядком </w:t>
      </w:r>
      <w:proofErr w:type="spellStart"/>
      <w:r w:rsidRPr="004E4F60">
        <w:rPr>
          <w:lang w:val="ru-RU"/>
        </w:rPr>
        <w:t>реалізації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експериментального</w:t>
      </w:r>
      <w:proofErr w:type="spellEnd"/>
      <w:r w:rsidRPr="004E4F60">
        <w:rPr>
          <w:lang w:val="ru-RU"/>
        </w:rPr>
        <w:t xml:space="preserve"> проекту.</w:t>
      </w:r>
    </w:p>
    <w:p w:rsidR="004E4F60" w:rsidRPr="004E4F60" w:rsidRDefault="004E4F60" w:rsidP="004E4F60">
      <w:pPr>
        <w:spacing w:after="40"/>
        <w:ind w:firstLine="567"/>
        <w:jc w:val="both"/>
        <w:rPr>
          <w:lang w:val="ru-RU"/>
        </w:rPr>
      </w:pPr>
    </w:p>
    <w:p w:rsidR="004E4F60" w:rsidRDefault="0079595B" w:rsidP="004E4F60">
      <w:pPr>
        <w:spacing w:after="160"/>
        <w:ind w:firstLine="567"/>
        <w:jc w:val="both"/>
        <w:rPr>
          <w:lang w:val="ru-RU"/>
        </w:rPr>
      </w:pPr>
      <w:r w:rsidRPr="004E4F60">
        <w:rPr>
          <w:lang w:val="ru-RU"/>
        </w:rPr>
        <w:t xml:space="preserve">3. </w:t>
      </w:r>
      <w:r w:rsidRPr="004E4F60">
        <w:rPr>
          <w:lang w:val="ru-RU"/>
        </w:rPr>
        <w:t xml:space="preserve">Контроль за </w:t>
      </w:r>
      <w:proofErr w:type="spellStart"/>
      <w:r w:rsidRPr="004E4F60">
        <w:rPr>
          <w:lang w:val="ru-RU"/>
        </w:rPr>
        <w:t>виконанням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цього</w:t>
      </w:r>
      <w:proofErr w:type="spellEnd"/>
      <w:r w:rsidRPr="004E4F60">
        <w:rPr>
          <w:lang w:val="ru-RU"/>
        </w:rPr>
        <w:t xml:space="preserve"> </w:t>
      </w:r>
      <w:proofErr w:type="spellStart"/>
      <w:r w:rsidRPr="004E4F60">
        <w:rPr>
          <w:lang w:val="ru-RU"/>
        </w:rPr>
        <w:t>розпорядження</w:t>
      </w:r>
      <w:proofErr w:type="spellEnd"/>
      <w:r w:rsidRPr="004E4F60">
        <w:rPr>
          <w:lang w:val="ru-RU"/>
        </w:rPr>
        <w:t xml:space="preserve"> залишаю за собою.</w:t>
      </w:r>
    </w:p>
    <w:p w:rsidR="004E4F60" w:rsidRDefault="004E4F60" w:rsidP="004E4F60">
      <w:pPr>
        <w:pStyle w:val="a9"/>
        <w:jc w:val="both"/>
        <w:rPr>
          <w:sz w:val="28"/>
          <w:szCs w:val="28"/>
          <w:lang w:val="uk-UA"/>
        </w:rPr>
      </w:pPr>
    </w:p>
    <w:p w:rsidR="004E4F60" w:rsidRPr="00E16D67" w:rsidRDefault="004E4F60" w:rsidP="004E4F60">
      <w:pPr>
        <w:pStyle w:val="a9"/>
        <w:jc w:val="both"/>
        <w:rPr>
          <w:sz w:val="28"/>
          <w:szCs w:val="28"/>
          <w:lang w:val="uk-UA"/>
        </w:rPr>
      </w:pPr>
      <w:r w:rsidRPr="00E16D67">
        <w:rPr>
          <w:sz w:val="28"/>
          <w:szCs w:val="28"/>
          <w:lang w:val="uk-UA"/>
        </w:rPr>
        <w:t xml:space="preserve">Начальник міської </w:t>
      </w:r>
    </w:p>
    <w:p w:rsidR="0079595B" w:rsidRPr="004E4F60" w:rsidRDefault="004E4F60" w:rsidP="004E4F60">
      <w:pPr>
        <w:spacing w:after="160"/>
        <w:jc w:val="both"/>
        <w:rPr>
          <w:lang w:val="ru-RU"/>
        </w:rPr>
      </w:pPr>
      <w:r w:rsidRPr="00E16D67">
        <w:rPr>
          <w:szCs w:val="28"/>
          <w:lang w:val="uk-UA"/>
        </w:rPr>
        <w:t>військової адміністрації                                                                 Сергій КАЛІМАН</w:t>
      </w:r>
      <w:r w:rsidRPr="004E4F60">
        <w:rPr>
          <w:lang w:val="ru-RU"/>
        </w:rPr>
        <w:t xml:space="preserve"> </w:t>
      </w:r>
    </w:p>
    <w:sectPr w:rsidR="0079595B" w:rsidRPr="004E4F60" w:rsidSect="00034616">
      <w:pgSz w:w="11906" w:h="16838"/>
      <w:pgMar w:top="964" w:right="850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4F60"/>
    <w:rsid w:val="0079595B"/>
    <w:rsid w:val="00A1630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0D\&#1052;&#1040;&#1051;&#1054;&#1041;&#1030;&#1051;&#1054;&#1047;&#1045;&#1056;&#1057;&#1068;&#1050;&#1040;%2525252525252525252520&#1057;&#1030;&#1051;&#1068;&#1057;&#1068;&#1050;&#1040;%2525252525252525252520&#1056;&#1040;&#1044;&#1040;\Users\nmatveeva\AppData\Roaming\Liga70\Client\Session\kp111242_img_001.gif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EB89DA-66C4-49F8-906A-5493E13C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2095</Words>
  <Characters>1195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3284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evgenkrat2005@gmail.com</cp:lastModifiedBy>
  <cp:revision>2</cp:revision>
  <cp:lastPrinted>2026-10-02T12:04:00Z</cp:lastPrinted>
  <dcterms:created xsi:type="dcterms:W3CDTF">2026-10-02T12:04:00Z</dcterms:created>
  <dcterms:modified xsi:type="dcterms:W3CDTF">2026-10-02T12:04:00Z</dcterms:modified>
</cp:coreProperties>
</file>